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2286000" cy="2286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771ADBE-0EB0-43DD-ADA3-C67D183294E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DICON FINANCE</w:t>
      </w:r>
    </w:p>
    <w:p>
      <w:pPr>
        <w:pStyle w:val="Title"/>
      </w:pPr>
      <w:r>
        <w:t>Fixed Deposit Application Form</w:t>
      </w:r>
    </w:p>
    <w:p>
      <w:pPr>
        <w:pStyle w:val="Heading2"/>
      </w:pPr>
      <w:r>
        <w:t>Applicant Information</w:t>
      </w:r>
    </w:p>
    <w:p>
      <w:pPr>
        <w:pStyle w:val="ListBullet"/>
      </w:pPr>
      <w:r>
        <w:t>Title:</w:t>
      </w:r>
    </w:p>
    <w:p>
      <w:pPr>
        <w:pStyle w:val="ListBullet"/>
      </w:pPr>
      <w:r>
        <w:t>Gender:</w:t>
      </w:r>
    </w:p>
    <w:p>
      <w:pPr>
        <w:pStyle w:val="ListBullet"/>
      </w:pPr>
      <w:r>
        <w:t>First Name:</w:t>
      </w:r>
    </w:p>
    <w:p>
      <w:pPr>
        <w:pStyle w:val="ListBullet"/>
      </w:pPr>
      <w:r>
        <w:t>Middle Name:</w:t>
      </w:r>
    </w:p>
    <w:p>
      <w:pPr>
        <w:pStyle w:val="ListBullet"/>
      </w:pPr>
      <w:r>
        <w:t>Last Name:</w:t>
      </w:r>
    </w:p>
    <w:p>
      <w:pPr>
        <w:pStyle w:val="ListBullet"/>
      </w:pPr>
      <w:r>
        <w:t>Date of Birth:</w:t>
      </w:r>
    </w:p>
    <w:p>
      <w:pPr>
        <w:pStyle w:val="ListBullet"/>
      </w:pPr>
      <w:r>
        <w:t>Email:</w:t>
      </w:r>
    </w:p>
    <w:p>
      <w:pPr>
        <w:pStyle w:val="ListBullet"/>
      </w:pPr>
      <w:r>
        <w:t>Phone Number:</w:t>
      </w:r>
    </w:p>
    <w:p>
      <w:pPr>
        <w:pStyle w:val="ListBullet"/>
      </w:pPr>
      <w:r>
        <w:t>NIN / SSN:</w:t>
      </w:r>
    </w:p>
    <w:p>
      <w:pPr>
        <w:pStyle w:val="ListBullet"/>
      </w:pPr>
      <w:r>
        <w:t>Address:</w:t>
      </w:r>
    </w:p>
    <w:p>
      <w:pPr>
        <w:pStyle w:val="ListBullet"/>
      </w:pPr>
      <w:r>
        <w:t>City:</w:t>
      </w:r>
    </w:p>
    <w:p>
      <w:pPr>
        <w:pStyle w:val="ListBullet"/>
      </w:pPr>
      <w:r>
        <w:t>State:</w:t>
      </w:r>
    </w:p>
    <w:p>
      <w:pPr>
        <w:pStyle w:val="Heading2"/>
      </w:pPr>
      <w:r>
        <w:t>Fixed Deposit Details</w:t>
      </w:r>
    </w:p>
    <w:p>
      <w:pPr>
        <w:pStyle w:val="ListBullet"/>
      </w:pPr>
      <w:r>
        <w:t>Deposit Amount (₦ / $):</w:t>
      </w:r>
    </w:p>
    <w:p>
      <w:pPr>
        <w:pStyle w:val="ListBullet"/>
      </w:pPr>
      <w:r>
        <w:t>Deposit Amount in Words (₦ / $):</w:t>
      </w:r>
    </w:p>
    <w:p>
      <w:pPr>
        <w:pStyle w:val="ListBullet"/>
      </w:pPr>
      <w:r>
        <w:t>Tenure (Months):</w:t>
      </w:r>
    </w:p>
    <w:p>
      <w:pPr>
        <w:pStyle w:val="ListBullet"/>
      </w:pPr>
      <w:r>
        <w:t>Interest Rate (%):</w:t>
      </w:r>
    </w:p>
    <w:p>
      <w:pPr>
        <w:pStyle w:val="ListBullet"/>
      </w:pPr>
      <w:r>
        <w:t>Maturity Date:</w:t>
      </w:r>
    </w:p>
    <w:p>
      <w:pPr>
        <w:pStyle w:val="ListBullet"/>
      </w:pPr>
      <w:r>
        <w:t>Interest Payment Option (Monthly / At Maturity):</w:t>
      </w:r>
    </w:p>
    <w:p>
      <w:pPr>
        <w:pStyle w:val="Heading2"/>
      </w:pPr>
      <w:r>
        <w:t>Next of Kin Information</w:t>
      </w:r>
    </w:p>
    <w:p>
      <w:pPr>
        <w:pStyle w:val="ListBullet"/>
      </w:pPr>
      <w:r>
        <w:t>Title:</w:t>
      </w:r>
    </w:p>
    <w:p>
      <w:pPr>
        <w:pStyle w:val="ListBullet"/>
      </w:pPr>
      <w:r>
        <w:t>Gender:</w:t>
      </w:r>
    </w:p>
    <w:p>
      <w:pPr>
        <w:pStyle w:val="ListBullet"/>
      </w:pPr>
      <w:r>
        <w:t>First Name:</w:t>
      </w:r>
    </w:p>
    <w:p>
      <w:pPr>
        <w:pStyle w:val="ListBullet"/>
      </w:pPr>
      <w:r>
        <w:t>Middle Name:</w:t>
      </w:r>
    </w:p>
    <w:p>
      <w:pPr>
        <w:pStyle w:val="ListBullet"/>
      </w:pPr>
      <w:r>
        <w:t>Last Name:</w:t>
      </w:r>
    </w:p>
    <w:p>
      <w:pPr>
        <w:pStyle w:val="ListBullet"/>
      </w:pPr>
      <w:r>
        <w:t>Relationship:</w:t>
      </w:r>
    </w:p>
    <w:p>
      <w:pPr>
        <w:pStyle w:val="ListBullet"/>
      </w:pPr>
      <w:r>
        <w:t>Email:</w:t>
      </w:r>
    </w:p>
    <w:p>
      <w:pPr>
        <w:pStyle w:val="ListBullet"/>
      </w:pPr>
      <w:r>
        <w:t>Phone Number:</w:t>
      </w:r>
    </w:p>
    <w:p>
      <w:pPr>
        <w:pStyle w:val="ListBullet"/>
      </w:pPr>
      <w:r>
        <w:t>Address:</w:t>
      </w:r>
    </w:p>
    <w:p>
      <w:pPr>
        <w:pStyle w:val="ListBullet"/>
      </w:pPr>
      <w:r>
        <w:t>City:</w:t>
      </w:r>
    </w:p>
    <w:p>
      <w:pPr>
        <w:pStyle w:val="ListBullet"/>
      </w:pPr>
      <w:r>
        <w:t>State:</w:t>
      </w:r>
    </w:p>
    <w:p>
      <w:pPr>
        <w:pStyle w:val="Heading2"/>
      </w:pPr>
      <w:r>
        <w:t>Bank Details for Interest Payment</w:t>
      </w:r>
    </w:p>
    <w:p>
      <w:pPr>
        <w:pStyle w:val="ListBullet"/>
      </w:pPr>
      <w:r>
        <w:t>Account Name:</w:t>
      </w:r>
    </w:p>
    <w:p>
      <w:pPr>
        <w:pStyle w:val="ListBullet"/>
      </w:pPr>
      <w:r>
        <w:t>Bank Name:</w:t>
      </w:r>
    </w:p>
    <w:p>
      <w:pPr>
        <w:pStyle w:val="ListBullet"/>
      </w:pPr>
      <w:r>
        <w:t>Bank Account Number:</w:t>
      </w:r>
    </w:p>
    <w:p>
      <w:pPr>
        <w:pStyle w:val="ListBullet"/>
      </w:pPr>
      <w:r>
        <w:t>BVN / NIN / SSN:</w:t>
      </w:r>
    </w:p>
    <w:p>
      <w:pPr>
        <w:pStyle w:val="Heading2"/>
      </w:pPr>
      <w:r>
        <w:t>Declaration</w:t>
      </w:r>
    </w:p>
    <w:p>
      <w:r>
        <w:t>I hereby confirm that the information provided above is true and correct to the best of my knowledge. I agree to the terms and conditions governing this fixed deposit with Dicon Finance.</w:t>
      </w:r>
    </w:p>
    <w:p>
      <w:r>
        <w:br/>
        <w:t>Applicant’s Signature: ___________________________      Date: _______________</w:t>
      </w:r>
    </w:p>
    <w:p>
      <w:r>
        <w:t>Authorized Officer Signature: _____________________      Date: _______________</w:t>
      </w:r>
    </w:p>
    <w:p>
      <w:pPr>
        <w:pStyle w:val="IntenseQuote"/>
      </w:pPr>
      <w:r>
        <w:br/>
        <w:t>Motto: Empowering Your Dreams, Financing Your Future.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